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טקסט בעברית - סוגי טקסטים ומבנה הכתיבה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ארבעה סוגי טקסטים: כתבה חדשותית, מכתב לעורך, מודעה קטנה וסיפור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הכתיבה לפי השאלות מי, מה, איפה, מתי,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 פתיחה ובדיקת טקסט לפי רשימת תנאים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סוגי טקסטים ומבנה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כתבה חדשותית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לפרסם דבר למכירה או לחיפוש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מכתב לעורך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כמה זה עולה?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כללי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מהתנאים ברשימת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לפחות שלושה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כתוב ברשימת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מבקש לכתוב את השם של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אחד ממשפטי הפתיחה המוצעים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טקסט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(מספרת מה קרה, מתי ואיפה)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(מביע דעה על נושא לציבור)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(מפרסמת מכירה, קנייה או חיפוש)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 חוויה מהחיים של הכותב)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(משפט קצר שמסביר במה עוסק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 בדף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סוג טקסט: כתבה, מכתב, מודעה או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השם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כותרת לטקסט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ענו על השאלות מי, מה, איפה, מתי,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שיש לפחות שלושה משפטים ועשרים וחמש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כותרת, יש שם כותב, לפחות שלושה משפטים, לפחות עשרים וחמש מילים, יש תשובה לחלק מהשאלות מי מה איפה מתי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כתבה מספרת עובדות, מכתב לעורך מביע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מי, מה, איפה, מתי,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מספיק משפטים ומילים, שם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ומהתלמידות לבחור סוג טקסט שמעניין אותם אישית לפני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כמה משפטי פתיחה לפני תחילת הכתיבה כדי להקל על ההתחלה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בזוגות: אחד כותב ואחד בודק לפי רשימת התנאים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טקסט בעברית - סוגי טקסטים ומבנה הכתיבה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בוחרים סוג טקסט, עונים על כמה שאלות מנחות וכותבים טקסט קצר. בתרגיל הזה נתרגל את סוגי הטקסטים ואת השאלות שעוזרות לבנות אותם.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סוגי טקסטים ומבנה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טקסט מתאים לספר על אירוע שקרה בשכונה?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מודעה 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לפרסם דבר למכירה או לחיפוש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חדשות מהעולם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לבקר דעה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סיפור מהילדות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סוג טקסט מביעים דעה לעיתון?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שאלה לא שייכת למבנה מי, מה, איפה, מתי,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היה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זה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 זה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חייב להיות בכל טקסט שכותבים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חתימת 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כללי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טקסט צריך לכתוב כותרת.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מספיק לכתוב משפט אחד כדי לסיים את התרגיל.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לכתוב לפחות עשרים וחמש מילים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צריך לכתוב את השם שלכם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להתחיל טקסט במשפט היום בבוקר.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כתבה חדשותית עונה על השאלות מי, מה, איפה, מתי ו-__________.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מכתב לעורך הוא טקסט שבו מביעים __________ על 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מודעה קטנה משמשת כדי לפרסם משהו ל__________ או לחיפוש.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סיפור אישי מספר על אירוע מה__________ של הכותב.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משפט פתיחה אפשרי הוא: בשבוע __________ קרה משהו מיוחד.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טקסט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כתבה חדשותית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קצר שמסביר במה עוסק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לעורך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חוויה מהחיים של הכותב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מודעה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מספרת מה קרה, מתי ואיפה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סיפור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מביע דעה על נושא לציבור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מפרסמת מכירה, קנייה או חיפוש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הכתיבה בדף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שיש לפחות שלושה משפטים ועשרים וחמש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סוג טקסט: כתבה, מכתב, מודעה או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 על השאלות מי, מה, איפה, מתי, 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השם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כותרת לטקסט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סוג טקסט אחד - כתבה חדשותית, מכתב לעורך, מודעה קטנה או סיפור אישי - וכתבו טקסט קצר לפי מי, מה, איפה, מתי, למה. השתמשו באחד ממשפטי הפתיחה.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כתבה חדשותית למכתב לעורך?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חמש שאלות עוזרות לבנות כתבה חדשותית?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לבדוק לפני שמסיימים לכתוב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טקסט בעברית - סוגי טקסטים ומבנה הכתיבה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