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טקסט בעברית - סוגי טקסטים ומבנה הכתיבה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ארבעה סוגי טקסטים: כתבה חדשותית, מכתב לעורך, מודעה קטנה וסיפור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הכתיבה לפי השאלות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 פתיחה ובדיקת טקסט לפי רשימת תנאים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סוגי טקסטים ומבנה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חדשותית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לפרסם דבר למכירה או לחיפוש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כללי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מהתנאים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לפחות 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כתוב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מבקש לכתוב את השם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ממשפטי הפתיחה המוצעים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(מספרת מה קרה, מתי ואיפה)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(מביע דעה על נושא לציבור)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(מפרסמת מכירה, קנייה או חיפוש)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(מספר חוויה מהחיים של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(משפט קצר שמסביר במה עוסק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בדף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סוג טקסט: כתבה, מכתב, מודעה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כותרת לטקסט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 על השאלות מי, מה, איפה, מתי,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שיש לפחות שלושה משפטים ועשרים וחמש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יש שם כותב, לפחות שלושה משפטים, לפחות עשרים וחמש מילים, יש תשובה לחלק מהשאלות מי מה איפה מתי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מספרת עובדות, מכתב לעורך מביע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מספיק משפטים ומילים, שם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ומהתלמידות לבחור סוג טקסט שמעניין אותם אישית לפני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כמה משפטי פתיחה לפני תחילת הכתיבה כדי להקל על ההתחלה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בזוגות: אחד כותב ואחד בודק לפי רשימת התנאים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טקסט בעברית - סוגי טקסטים ומבנה הכתיבה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כותבים טקסט קצר. בוחרים סוג טקסט, עונים על שאלות, וכותבים. כאן נתרגל את זה בקלות.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חדשותית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מה קרה, איפה ומתי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לעורך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כותבים דעה לעיתון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 קטנה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לפרסום מכירה או חיפוש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חוויה מהחיים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בתחילת הטקסט שמסביר במה מדובר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שעוזר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כותרת, מספיק משפטים ומילים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סוגי טקסטים ומבנה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מתאים לספר על משהו שקרה?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כותבים מודעה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לפרסם דבר למכירה או לחיפוש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חדשות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דעה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מהילדות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טקסט כותבים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לא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היה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זה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זה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חייב להיות בכל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חתימת 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כללי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צריך לכתוב כותרת.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לכתוב משפט אחד כדי לסיים את התרגיל.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לכתוב לפחות עשרים וחמש מילים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לכתוב את השם שלכם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טקסט במשפט היום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כתבה חדשותית עונה על השאלות מי, מה, איפה, מתי ו-__________.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מכתב לעורך הוא טקסט שבו מביעים __________ על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מודעה קטנה משמשת כדי לפרסם משהו ל__________ או לחיפוש.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סיפור אישי מספר על אירוע מה__________ של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פתיחה אפשרי הוא: בשבוע __________ קרה משהו מיוחד.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טקסט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חדשותית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קצר שמסביר במה עוסק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לעורך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מפרסמת מכירה, קנייה או חיפוש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מודעה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מספרת מה קרה, מתי ואיפה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סיפור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מביע דעה על נושא לציבור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חוויה מהחיים של הכותב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 בדף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שיש לפחות שלושה משפטים ועשרים וחמש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סוג טקסט: כתבה, מכתב, מודעה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 על השאלות מי, מה, איפה, מתי,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השם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כותרת לטקסט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טקסט אחד - כתבה חדשותית, מכתב לעורך, מודעה קטנה או סיפור אישי - וכתבו טקסט קצר לפי מי, מה, איפה, מתי, למה. השתמשו באחד ממשפטי הפתיחה.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כתבה חדשותית למכתב לעורך?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חמש שאלות עוזרות לבנות כתבה חדשותית?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לבדוק לפני שמסיימים לכתוב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טקסט בעברית - סוגי טקסטים ומבנה הכתיבה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